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B9BD2" w14:textId="77777777" w:rsidR="009764F5" w:rsidRDefault="00F16B8C">
      <w:pPr>
        <w:jc w:val="center"/>
      </w:pPr>
      <w:r>
        <w:rPr>
          <w:b/>
          <w:color w:val="005523"/>
          <w:sz w:val="30"/>
        </w:rPr>
        <w:t>COMUNE DI FARINDOLA</w:t>
      </w:r>
      <w:r>
        <w:rPr>
          <w:b/>
          <w:color w:val="005523"/>
          <w:sz w:val="30"/>
        </w:rPr>
        <w:br/>
        <w:t>Provincia di Pescara</w:t>
      </w:r>
    </w:p>
    <w:p w14:paraId="68659D88" w14:textId="77777777" w:rsidR="009764F5" w:rsidRDefault="00F16B8C">
      <w:pPr>
        <w:jc w:val="center"/>
      </w:pPr>
      <w:r>
        <w:rPr>
          <w:b/>
        </w:rPr>
        <w:t>DOMANDA DI PARTECIPAZIONE AL CORSO DI FORMAZIONE PER GUIDA AMBIENTALE ESCURSIONISTICA (GAE) – EDIZIONE 2027</w:t>
      </w:r>
    </w:p>
    <w:p w14:paraId="1D5946DF" w14:textId="77777777" w:rsidR="009764F5" w:rsidRDefault="00F16B8C">
      <w:r>
        <w:t>Al Comune di Farindola – Piazza Mazzocca, 1 – 65010 Farindola (PE)</w:t>
      </w:r>
      <w:r>
        <w:br/>
        <w:t>PEC: protocollo.farindola@pec.it</w:t>
      </w:r>
    </w:p>
    <w:p w14:paraId="05009209" w14:textId="77777777" w:rsidR="009764F5" w:rsidRDefault="00F16B8C">
      <w:r>
        <w:t>Oggetto: Istanza per la selezione di n. 10 partecipanti – Determinazione Area Tecnica n. 219 del 02/11/2026.</w:t>
      </w:r>
    </w:p>
    <w:p w14:paraId="01EF1F84" w14:textId="77777777" w:rsidR="009764F5" w:rsidRDefault="00F16B8C">
      <w:r>
        <w:t>Il/La sottoscritto/a ______________________________________________________________</w:t>
      </w:r>
    </w:p>
    <w:p w14:paraId="4D98BFED" w14:textId="77777777" w:rsidR="009764F5" w:rsidRDefault="00F16B8C">
      <w:r>
        <w:t>nato/a a __________________________________________ (____) il ____/____/________</w:t>
      </w:r>
    </w:p>
    <w:p w14:paraId="7807D10C" w14:textId="77777777" w:rsidR="009764F5" w:rsidRDefault="00F16B8C">
      <w:r>
        <w:t>residente a _________________________________________ (____) CAP ______________</w:t>
      </w:r>
    </w:p>
    <w:p w14:paraId="5EEBA40E" w14:textId="77777777" w:rsidR="009764F5" w:rsidRDefault="00F16B8C">
      <w:r>
        <w:t>via/piazza __________________________________________________________ n. ______</w:t>
      </w:r>
    </w:p>
    <w:p w14:paraId="1101A01B" w14:textId="77777777" w:rsidR="009764F5" w:rsidRDefault="00F16B8C">
      <w:r>
        <w:t>codice fiscale ________________________________________________________________</w:t>
      </w:r>
    </w:p>
    <w:p w14:paraId="0667D852" w14:textId="77777777" w:rsidR="009764F5" w:rsidRDefault="00F16B8C">
      <w:r>
        <w:t>telefono _______________________ e-mail ________________________________________</w:t>
      </w:r>
    </w:p>
    <w:p w14:paraId="58E27138" w14:textId="77777777" w:rsidR="009764F5" w:rsidRDefault="00F16B8C">
      <w:r>
        <w:t>PEC (eventuale) ______________________________________________________________</w:t>
      </w:r>
    </w:p>
    <w:p w14:paraId="021E4A5D" w14:textId="77777777" w:rsidR="009764F5" w:rsidRDefault="00F16B8C">
      <w:pPr>
        <w:jc w:val="center"/>
      </w:pPr>
      <w:r>
        <w:rPr>
          <w:b/>
        </w:rPr>
        <w:t>CHIEDE</w:t>
      </w:r>
    </w:p>
    <w:p w14:paraId="5F177D2B" w14:textId="77777777" w:rsidR="009764F5" w:rsidRDefault="00F16B8C">
      <w:r>
        <w:t>di partecipare alla selezione per l’assegnazione di una delle n. 10 borse di studio integrali per il corso GAE – Edizione 2027.</w:t>
      </w:r>
    </w:p>
    <w:p w14:paraId="2329BAFC" w14:textId="77777777" w:rsidR="009764F5" w:rsidRDefault="00F16B8C">
      <w:pPr>
        <w:jc w:val="center"/>
      </w:pPr>
      <w:r>
        <w:rPr>
          <w:b/>
        </w:rPr>
        <w:t>DICHIARA</w:t>
      </w:r>
    </w:p>
    <w:p w14:paraId="12F7104B" w14:textId="77777777" w:rsidR="009764F5" w:rsidRDefault="00F16B8C">
      <w:r>
        <w:t>Ai sensi degli artt. 46 e 47 del D.P.R. 445/2000, consapevole delle responsabilità e delle sanzioni previste dall’art. 76 del medesimo decreto:</w:t>
      </w:r>
    </w:p>
    <w:p w14:paraId="2B38D04F" w14:textId="77777777" w:rsidR="009764F5" w:rsidRDefault="00F16B8C">
      <w:r>
        <w:t>☐</w:t>
      </w:r>
      <w:r>
        <w:t xml:space="preserve"> di non aver compiuto 60 anni alla data di scadenza dell’avviso (12/11/2026);</w:t>
      </w:r>
    </w:p>
    <w:p w14:paraId="3D9C2FFB" w14:textId="0E120B80" w:rsidR="009764F5" w:rsidRDefault="00F16B8C">
      <w:r>
        <w:t>☐</w:t>
      </w:r>
      <w:r>
        <w:t xml:space="preserve"> di essere residente nel Comune di __________________________________________</w:t>
      </w:r>
      <w:r>
        <w:t>;</w:t>
      </w:r>
    </w:p>
    <w:p w14:paraId="2BE97C63" w14:textId="77777777" w:rsidR="009764F5" w:rsidRDefault="00F16B8C">
      <w:r>
        <w:t>☐</w:t>
      </w:r>
      <w:r>
        <w:t xml:space="preserve"> di essere consapevole che è riconosciuta priorità assoluta ai residenti nel Comune di Farindola alla data di pubblicazione dell’avviso e che i residenti nei comuni limitrofi potranno essere ammessi in caso di posti residui;</w:t>
      </w:r>
    </w:p>
    <w:p w14:paraId="3755B164" w14:textId="77777777" w:rsidR="009764F5" w:rsidRDefault="00F16B8C">
      <w:r>
        <w:t>☐</w:t>
      </w:r>
      <w:r>
        <w:t xml:space="preserve"> di essere in possesso di idoneità psicofisica alle attività escursionistiche, certificata dal medico di medicina generale;</w:t>
      </w:r>
    </w:p>
    <w:p w14:paraId="6D83117B" w14:textId="77777777" w:rsidR="009764F5" w:rsidRDefault="00F16B8C">
      <w:r>
        <w:t>☐</w:t>
      </w:r>
      <w:r>
        <w:t xml:space="preserve"> di aver preso visione dell’avviso e di accettarne integralmente le condizioni;</w:t>
      </w:r>
    </w:p>
    <w:p w14:paraId="584298D0" w14:textId="77777777" w:rsidR="009764F5" w:rsidRDefault="00F16B8C">
      <w:r>
        <w:t>☐</w:t>
      </w:r>
      <w:r>
        <w:t xml:space="preserve"> di impegnarsi, in caso di ammissione, a sottoscrivere l’atto di impegno alla frequenza regolare e costante del corso, con frequenza minima dell’80% per l’accesso all’esame finale;</w:t>
      </w:r>
    </w:p>
    <w:p w14:paraId="0DED4A98" w14:textId="77777777" w:rsidR="009764F5" w:rsidRDefault="00F16B8C">
      <w:r>
        <w:t>☐</w:t>
      </w:r>
      <w:r>
        <w:t xml:space="preserve"> di essere a conoscenza dell’obbligo di rimborso della quota formativa al Comune in caso di recesso, rinuncia o abbandono senza giustificato e documentato motivo di forza maggiore, secondo l’avviso.</w:t>
      </w:r>
    </w:p>
    <w:p w14:paraId="63535354" w14:textId="77777777" w:rsidR="009764F5" w:rsidRDefault="00F16B8C">
      <w:r>
        <w:lastRenderedPageBreak/>
        <w:t>Allega: ☐ copia documento di identità valido; ☐ certificazione medica di idoneità psicofisica; ☐ altra documentazione richiesta dall’avviso: ____________________________</w:t>
      </w:r>
    </w:p>
    <w:p w14:paraId="0EB09A81" w14:textId="77777777" w:rsidR="009764F5" w:rsidRDefault="00F16B8C">
      <w:r>
        <w:t>Dichiara di aver preso visione dell’informativa sul trattamento dei dati personali ai sensi del Regolamento UE 2016/679, resa dall’Ente per la procedura.</w:t>
      </w:r>
    </w:p>
    <w:p w14:paraId="28240A4D" w14:textId="77777777" w:rsidR="009764F5" w:rsidRDefault="00F16B8C">
      <w:r>
        <w:t>Luogo e data __________________________      Firma ______________________________</w:t>
      </w:r>
    </w:p>
    <w:p w14:paraId="09ABF1BC" w14:textId="77777777" w:rsidR="009764F5" w:rsidRDefault="00F16B8C">
      <w:r>
        <w:rPr>
          <w:i/>
        </w:rPr>
        <w:t>NOTA: presentare entro il 12 novembre 2026 secondo le modalità dell’avviso integrale.</w:t>
      </w:r>
    </w:p>
    <w:sectPr w:rsidR="009764F5" w:rsidSect="00034616">
      <w:pgSz w:w="12240" w:h="15840"/>
      <w:pgMar w:top="964" w:right="1800" w:bottom="85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38562915">
    <w:abstractNumId w:val="8"/>
  </w:num>
  <w:num w:numId="2" w16cid:durableId="129715997">
    <w:abstractNumId w:val="6"/>
  </w:num>
  <w:num w:numId="3" w16cid:durableId="13465889">
    <w:abstractNumId w:val="5"/>
  </w:num>
  <w:num w:numId="4" w16cid:durableId="1773548676">
    <w:abstractNumId w:val="4"/>
  </w:num>
  <w:num w:numId="5" w16cid:durableId="2070180045">
    <w:abstractNumId w:val="7"/>
  </w:num>
  <w:num w:numId="6" w16cid:durableId="2143114017">
    <w:abstractNumId w:val="3"/>
  </w:num>
  <w:num w:numId="7" w16cid:durableId="562831213">
    <w:abstractNumId w:val="2"/>
  </w:num>
  <w:num w:numId="8" w16cid:durableId="171192397">
    <w:abstractNumId w:val="1"/>
  </w:num>
  <w:num w:numId="9" w16cid:durableId="915162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E6B53"/>
    <w:rsid w:val="009764F5"/>
    <w:rsid w:val="00AA1D8D"/>
    <w:rsid w:val="00B47730"/>
    <w:rsid w:val="00CB0664"/>
    <w:rsid w:val="00F16B8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BA469E"/>
  <w14:defaultImageDpi w14:val="300"/>
  <w15:docId w15:val="{2C3CF715-8D7E-4E69-AFE0-E48643C61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Calibri" w:hAnsi="Calibri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Comune Farindola</cp:lastModifiedBy>
  <cp:revision>2</cp:revision>
  <dcterms:created xsi:type="dcterms:W3CDTF">2013-12-23T23:15:00Z</dcterms:created>
  <dcterms:modified xsi:type="dcterms:W3CDTF">2026-11-02T10:43:00Z</dcterms:modified>
  <cp:category/>
</cp:coreProperties>
</file>